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D7FD1" w14:textId="6DE2F9B6" w:rsidR="000B0C51" w:rsidRPr="000B0C51" w:rsidRDefault="00906DD1" w:rsidP="000B0C51">
      <w:pPr>
        <w:pStyle w:val="Titolo2"/>
        <w:spacing w:line="300" w:lineRule="atLeast"/>
        <w:rPr>
          <w:rFonts w:ascii="Times New Roman" w:eastAsia="Times New Roman" w:hAnsi="Times New Roman" w:cs="Times New Roman"/>
          <w:color w:val="auto"/>
          <w:sz w:val="28"/>
          <w:szCs w:val="28"/>
          <w:lang w:val="it-IT" w:eastAsia="it-IT"/>
        </w:rPr>
      </w:pPr>
      <w:r>
        <w:br/>
      </w:r>
      <w:r w:rsidR="000B0C51" w:rsidRPr="000B0C51">
        <w:rPr>
          <w:rFonts w:ascii="Times New Roman" w:eastAsia="Times New Roman" w:hAnsi="Times New Roman" w:cs="Times New Roman"/>
          <w:color w:val="auto"/>
          <w:sz w:val="28"/>
          <w:szCs w:val="28"/>
          <w:lang w:val="it-IT" w:eastAsia="it-IT"/>
        </w:rPr>
        <w:t>DOMANDA DI ISCRIZIONE ALL’ALBO DEI CONSULENTI TECNICI E INTERPRETI</w:t>
      </w:r>
      <w:r w:rsidR="000B0C51">
        <w:rPr>
          <w:rFonts w:ascii="Times New Roman" w:eastAsia="Times New Roman" w:hAnsi="Times New Roman" w:cs="Times New Roman"/>
          <w:color w:val="auto"/>
          <w:sz w:val="28"/>
          <w:szCs w:val="28"/>
          <w:lang w:val="it-IT" w:eastAsia="it-IT"/>
        </w:rPr>
        <w:t xml:space="preserve"> DELLA PROCURA DELLA REPUBBLICA DI SIRACUSA</w:t>
      </w:r>
    </w:p>
    <w:p w14:paraId="70AD3E6E" w14:textId="36F91DBC" w:rsidR="000B0C51" w:rsidRPr="000B0C51" w:rsidRDefault="000B0C51" w:rsidP="000B0C51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val="it-IT" w:eastAsia="it-IT"/>
        </w:rPr>
      </w:pPr>
    </w:p>
    <w:p w14:paraId="4E0B126C" w14:textId="0352491B" w:rsidR="000B0C51" w:rsidRPr="000B0C51" w:rsidRDefault="000B0C51" w:rsidP="000B0C5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>Il/La sottoscritto/a __________________________________________________________</w:t>
      </w:r>
      <w:r>
        <w:rPr>
          <w:rFonts w:ascii="Segoe UI" w:eastAsia="Times New Roman" w:hAnsi="Segoe UI" w:cs="Segoe UI"/>
          <w:sz w:val="21"/>
          <w:szCs w:val="21"/>
          <w:lang w:val="it-IT" w:eastAsia="it-IT"/>
        </w:rPr>
        <w:t xml:space="preserve"> </w:t>
      </w: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 xml:space="preserve">nato/a </w:t>
      </w:r>
      <w:proofErr w:type="spellStart"/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>a</w:t>
      </w:r>
      <w:proofErr w:type="spellEnd"/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 xml:space="preserve"> ______________________________________ il _______residente in __________________________________ (___)</w:t>
      </w: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br/>
        <w:t>via __________________________________________ n. _____ CAP __________codice fiscale _______________________________________tel. ufficio _______________________ tel. abitazione _______________________telefono mobile __________________________indirizzo e-mail _______________________________________indirizzo PEC _________________________________________</w:t>
      </w:r>
    </w:p>
    <w:p w14:paraId="25742B7F" w14:textId="77777777" w:rsidR="000B0C51" w:rsidRPr="000B0C51" w:rsidRDefault="000B0C51" w:rsidP="000B0C51">
      <w:pPr>
        <w:spacing w:before="100" w:beforeAutospacing="1" w:after="100" w:afterAutospacing="1" w:line="30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0B0C51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CHIEDE</w:t>
      </w:r>
    </w:p>
    <w:p w14:paraId="74B57EA6" w14:textId="77777777" w:rsidR="000B0C51" w:rsidRPr="000B0C51" w:rsidRDefault="000B0C51" w:rsidP="000B0C5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>l’iscrizione nell’</w:t>
      </w:r>
      <w:r w:rsidRPr="000B0C51">
        <w:rPr>
          <w:rFonts w:ascii="Segoe UI" w:eastAsia="Times New Roman" w:hAnsi="Segoe UI" w:cs="Segoe UI"/>
          <w:b/>
          <w:bCs/>
          <w:sz w:val="21"/>
          <w:szCs w:val="21"/>
          <w:lang w:val="it-IT" w:eastAsia="it-IT"/>
        </w:rPr>
        <w:t>Albo dei Consulenti Tecnici / Interpreti della Procura della Repubblica di Siracusa</w:t>
      </w: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>, nella seguente materia/specializzazione*:</w:t>
      </w:r>
    </w:p>
    <w:p w14:paraId="71C8AC80" w14:textId="77777777" w:rsidR="000B0C51" w:rsidRPr="000B0C51" w:rsidRDefault="000B0C51" w:rsidP="000B0C51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pict w14:anchorId="04302B27">
          <v:rect id="_x0000_i1027" style="width:0;height:1.5pt" o:hralign="center" o:hrstd="t" o:hr="t" fillcolor="#a0a0a0" stroked="f"/>
        </w:pict>
      </w:r>
    </w:p>
    <w:p w14:paraId="3A8E90A1" w14:textId="77777777" w:rsidR="000B0C51" w:rsidRPr="000B0C51" w:rsidRDefault="000B0C51" w:rsidP="000B0C51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pict w14:anchorId="46F43369">
          <v:rect id="_x0000_i1028" style="width:0;height:1.5pt" o:hralign="center" o:hrstd="t" o:hr="t" fillcolor="#a0a0a0" stroked="f"/>
        </w:pict>
      </w:r>
    </w:p>
    <w:p w14:paraId="1C766620" w14:textId="77777777" w:rsidR="000B0C51" w:rsidRDefault="000B0C51" w:rsidP="000B0C5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>consapevole delle responsabilità penali previste dall’art. 76 del d.P.R. 445/2000 in caso di dichiarazioni mendaci:</w:t>
      </w:r>
    </w:p>
    <w:p w14:paraId="4627FB56" w14:textId="7EB90FF9" w:rsidR="000B0C51" w:rsidRPr="000B0C51" w:rsidRDefault="000B0C51" w:rsidP="000B0C51">
      <w:pPr>
        <w:spacing w:before="100" w:beforeAutospacing="1" w:after="100" w:afterAutospacing="1" w:line="300" w:lineRule="atLeast"/>
        <w:jc w:val="center"/>
        <w:rPr>
          <w:rFonts w:ascii="Segoe UI" w:eastAsia="Times New Roman" w:hAnsi="Segoe UI" w:cs="Segoe UI"/>
          <w:b/>
          <w:bCs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b/>
          <w:bCs/>
          <w:sz w:val="21"/>
          <w:szCs w:val="21"/>
          <w:lang w:val="it-IT" w:eastAsia="it-IT"/>
        </w:rPr>
        <w:t>DICHIARA</w:t>
      </w:r>
    </w:p>
    <w:p w14:paraId="05389473" w14:textId="77777777" w:rsidR="000B0C51" w:rsidRPr="000B0C51" w:rsidRDefault="000B0C51" w:rsidP="000B0C51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300" w:lineRule="atLeast"/>
        <w:ind w:left="0" w:hanging="142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>di non aver riportato condanne penali alla pena della reclusione per delitti non colposi e di non essere destinatario di provvedimenti relativi all’applicazione di misure di prevenzione, né di decisioni civili o provvedimenti amministrativi iscritti nel casellario giudiziale ai sensi della normativa vigente;</w:t>
      </w:r>
    </w:p>
    <w:p w14:paraId="66A3A371" w14:textId="77777777" w:rsidR="000B0C51" w:rsidRPr="000B0C51" w:rsidRDefault="000B0C51" w:rsidP="000B0C51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300" w:lineRule="atLeast"/>
        <w:ind w:left="0" w:hanging="142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 xml:space="preserve">di non essere a conoscenza di essere sottoposto/a </w:t>
      </w:r>
      <w:proofErr w:type="spellStart"/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>a</w:t>
      </w:r>
      <w:proofErr w:type="spellEnd"/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 xml:space="preserve"> procedimenti penali;</w:t>
      </w:r>
    </w:p>
    <w:p w14:paraId="2EC21193" w14:textId="77777777" w:rsidR="000B0C51" w:rsidRPr="000B0C51" w:rsidRDefault="000B0C51" w:rsidP="000B0C51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300" w:lineRule="atLeast"/>
        <w:ind w:left="0" w:hanging="142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 xml:space="preserve">di </w:t>
      </w:r>
      <w:r w:rsidRPr="000B0C51">
        <w:rPr>
          <w:rFonts w:ascii="Segoe UI" w:eastAsia="Times New Roman" w:hAnsi="Segoe UI" w:cs="Segoe UI"/>
          <w:b/>
          <w:bCs/>
          <w:sz w:val="21"/>
          <w:szCs w:val="21"/>
          <w:lang w:val="it-IT" w:eastAsia="it-IT"/>
        </w:rPr>
        <w:t>non avere / avere</w:t>
      </w: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 xml:space="preserve"> rapporti di parentela, affinità o convivenza con:</w:t>
      </w: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br/>
        <w:t>a) magistrati in servizio nel distretto di Corte d’Appello competente;</w:t>
      </w: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br/>
        <w:t>b) personale amministrativo della Procura della Repubblica di Siracusa e del Tribunale;</w:t>
      </w: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br/>
        <w:t>c) appartenenti alla polizia giudiziaria operanti presso la Procura della Repubblica di Siracusa ovvero presso servizi e reparti di polizia giudiziaria;</w:t>
      </w: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br/>
        <w:t>(in caso positivo, specificare):</w:t>
      </w:r>
    </w:p>
    <w:p w14:paraId="662900FA" w14:textId="436C1F7D" w:rsidR="000B0C51" w:rsidRPr="000B0C51" w:rsidRDefault="000B0C51" w:rsidP="000B0C51">
      <w:pPr>
        <w:spacing w:after="0" w:line="300" w:lineRule="atLeast"/>
        <w:ind w:left="720"/>
        <w:rPr>
          <w:rFonts w:ascii="Segoe UI" w:eastAsia="Times New Roman" w:hAnsi="Segoe UI" w:cs="Segoe UI"/>
          <w:sz w:val="21"/>
          <w:szCs w:val="21"/>
          <w:lang w:val="it-IT" w:eastAsia="it-IT"/>
        </w:rPr>
      </w:pPr>
    </w:p>
    <w:p w14:paraId="4E176916" w14:textId="77777777" w:rsidR="000B0C51" w:rsidRPr="000B0C51" w:rsidRDefault="000B0C51" w:rsidP="000B0C51">
      <w:pPr>
        <w:numPr>
          <w:ilvl w:val="0"/>
          <w:numId w:val="10"/>
        </w:numPr>
        <w:tabs>
          <w:tab w:val="clear" w:pos="720"/>
          <w:tab w:val="num" w:pos="142"/>
        </w:tabs>
        <w:spacing w:before="100" w:beforeAutospacing="1" w:after="100" w:afterAutospacing="1" w:line="300" w:lineRule="atLeast"/>
        <w:ind w:left="284" w:hanging="284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lastRenderedPageBreak/>
        <w:t xml:space="preserve">di </w:t>
      </w:r>
      <w:r w:rsidRPr="000B0C51">
        <w:rPr>
          <w:rFonts w:ascii="Segoe UI" w:eastAsia="Times New Roman" w:hAnsi="Segoe UI" w:cs="Segoe UI"/>
          <w:b/>
          <w:bCs/>
          <w:sz w:val="21"/>
          <w:szCs w:val="21"/>
          <w:lang w:val="it-IT" w:eastAsia="it-IT"/>
        </w:rPr>
        <w:t>non svolgere / svolgere</w:t>
      </w: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 xml:space="preserve"> attività professionale presso pubbliche amministrazioni o enti pubblici (in caso positivo, specificare):</w:t>
      </w:r>
    </w:p>
    <w:p w14:paraId="73274AE7" w14:textId="77777777" w:rsidR="000B0C51" w:rsidRPr="000B0C51" w:rsidRDefault="000B0C51" w:rsidP="000B0C51">
      <w:pPr>
        <w:tabs>
          <w:tab w:val="num" w:pos="142"/>
        </w:tabs>
        <w:spacing w:after="0" w:line="300" w:lineRule="atLeast"/>
        <w:ind w:left="284" w:hanging="284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pict w14:anchorId="3F4F3EA2">
          <v:rect id="_x0000_i1084" style="width:0;height:1.5pt" o:hralign="center" o:hrstd="t" o:hr="t" fillcolor="#a0a0a0" stroked="f"/>
        </w:pict>
      </w:r>
    </w:p>
    <w:p w14:paraId="45717EEC" w14:textId="77777777" w:rsidR="000B0C51" w:rsidRPr="000B0C51" w:rsidRDefault="000B0C51" w:rsidP="000B0C51">
      <w:pPr>
        <w:numPr>
          <w:ilvl w:val="0"/>
          <w:numId w:val="10"/>
        </w:numPr>
        <w:tabs>
          <w:tab w:val="clear" w:pos="720"/>
          <w:tab w:val="num" w:pos="142"/>
        </w:tabs>
        <w:spacing w:before="100" w:beforeAutospacing="1" w:after="100" w:afterAutospacing="1" w:line="300" w:lineRule="atLeast"/>
        <w:ind w:left="284" w:hanging="284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>di non essere stato destinatario di provvedimenti di cancellazione o radiazione dall’albo professionale di appartenenza per motivi disciplinari;</w:t>
      </w:r>
    </w:p>
    <w:p w14:paraId="2E1EF914" w14:textId="77777777" w:rsidR="000B0C51" w:rsidRPr="000B0C51" w:rsidRDefault="000B0C51" w:rsidP="000B0C51">
      <w:pPr>
        <w:numPr>
          <w:ilvl w:val="0"/>
          <w:numId w:val="10"/>
        </w:numPr>
        <w:tabs>
          <w:tab w:val="clear" w:pos="720"/>
          <w:tab w:val="num" w:pos="142"/>
        </w:tabs>
        <w:spacing w:before="100" w:beforeAutospacing="1" w:after="100" w:afterAutospacing="1" w:line="300" w:lineRule="atLeast"/>
        <w:ind w:left="284" w:hanging="284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>di impegnarsi a rispettare, in caso di conferimento di incarichi, le disposizioni organizzative della Procura della Repubblica di Siracusa e la normativa vigente in materia di incompatibilità, astensione e conflitto di interessi;</w:t>
      </w:r>
    </w:p>
    <w:p w14:paraId="248B5ADB" w14:textId="4C2A82B9" w:rsidR="000B0C51" w:rsidRPr="000B0C51" w:rsidRDefault="000B0C51" w:rsidP="000B0C51">
      <w:pPr>
        <w:numPr>
          <w:ilvl w:val="0"/>
          <w:numId w:val="10"/>
        </w:numPr>
        <w:tabs>
          <w:tab w:val="clear" w:pos="720"/>
          <w:tab w:val="num" w:pos="142"/>
        </w:tabs>
        <w:spacing w:before="100" w:beforeAutospacing="1" w:after="100" w:afterAutospacing="1" w:line="300" w:lineRule="atLeast"/>
        <w:ind w:left="284" w:hanging="284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>di impegnarsi a comunicare tempestivamente ogni variazione dei dati dichiarati e ogni situazione rilevante ai fini dell’iscrizione e permanenza nell’Albo</w:t>
      </w:r>
    </w:p>
    <w:p w14:paraId="11293B62" w14:textId="77777777" w:rsidR="000B0C51" w:rsidRPr="000B0C51" w:rsidRDefault="000B0C51" w:rsidP="000B0C51">
      <w:pPr>
        <w:spacing w:before="100" w:beforeAutospacing="1" w:after="100" w:afterAutospacing="1" w:line="300" w:lineRule="atLeast"/>
        <w:jc w:val="center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it-IT" w:eastAsia="it-IT"/>
        </w:rPr>
      </w:pPr>
      <w:r w:rsidRPr="000B0C51">
        <w:rPr>
          <w:rFonts w:ascii="Segoe UI" w:eastAsia="Times New Roman" w:hAnsi="Segoe UI" w:cs="Segoe UI"/>
          <w:b/>
          <w:bCs/>
          <w:sz w:val="27"/>
          <w:szCs w:val="27"/>
          <w:lang w:val="it-IT" w:eastAsia="it-IT"/>
        </w:rPr>
        <w:t>ALLEGA</w:t>
      </w:r>
    </w:p>
    <w:p w14:paraId="75D7DE70" w14:textId="77777777" w:rsidR="000B0C51" w:rsidRPr="000B0C51" w:rsidRDefault="000B0C51" w:rsidP="000B0C51">
      <w:pPr>
        <w:numPr>
          <w:ilvl w:val="0"/>
          <w:numId w:val="11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hanging="720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>copia del documento di riconoscimento in corso di validità;</w:t>
      </w:r>
    </w:p>
    <w:p w14:paraId="757D6599" w14:textId="77777777" w:rsidR="000B0C51" w:rsidRPr="000B0C51" w:rsidRDefault="000B0C51" w:rsidP="000B0C51">
      <w:pPr>
        <w:numPr>
          <w:ilvl w:val="0"/>
          <w:numId w:val="11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hanging="720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>copia del titolo di studio;</w:t>
      </w:r>
    </w:p>
    <w:p w14:paraId="66AF829C" w14:textId="66107443" w:rsidR="000B0C51" w:rsidRPr="000B0C51" w:rsidRDefault="000B0C51" w:rsidP="000B0C51">
      <w:pPr>
        <w:numPr>
          <w:ilvl w:val="0"/>
          <w:numId w:val="11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hanging="720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>documentazione attestante la specifica competenza professionale</w:t>
      </w:r>
      <w:r>
        <w:rPr>
          <w:rFonts w:ascii="Segoe UI" w:eastAsia="Times New Roman" w:hAnsi="Segoe UI" w:cs="Segoe UI"/>
          <w:sz w:val="21"/>
          <w:szCs w:val="21"/>
          <w:lang w:val="it-IT" w:eastAsia="it-IT"/>
        </w:rPr>
        <w:t xml:space="preserve"> richiesta;</w:t>
      </w:r>
    </w:p>
    <w:p w14:paraId="3B80F829" w14:textId="77777777" w:rsidR="000B0C51" w:rsidRDefault="000B0C51" w:rsidP="000B0C51">
      <w:pPr>
        <w:numPr>
          <w:ilvl w:val="0"/>
          <w:numId w:val="11"/>
        </w:numPr>
        <w:tabs>
          <w:tab w:val="clear" w:pos="720"/>
          <w:tab w:val="num" w:pos="284"/>
        </w:tabs>
        <w:spacing w:before="100" w:beforeAutospacing="1" w:after="100" w:afterAutospacing="1" w:line="300" w:lineRule="atLeast"/>
        <w:ind w:hanging="720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>curriculum vitae, datato e sottoscritto;</w:t>
      </w:r>
    </w:p>
    <w:p w14:paraId="6D83FB53" w14:textId="39F5BDC8" w:rsidR="000B0C51" w:rsidRPr="000B0C51" w:rsidRDefault="000B0C51" w:rsidP="000B0C5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>Il/La dichiarante dichiara di essere iscritto/a all’Albo dei consulenti tecnici del Tribunale di __________________ al n. ______ dal _______</w:t>
      </w:r>
    </w:p>
    <w:p w14:paraId="7B4D8CFE" w14:textId="77777777" w:rsidR="000B0C51" w:rsidRPr="000B0C51" w:rsidRDefault="000B0C51" w:rsidP="000B0C51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pict w14:anchorId="549B2FD0">
          <v:rect id="_x0000_i1033" style="width:0;height:1.5pt" o:hralign="center" o:hrstd="t" o:hr="t" fillcolor="#a0a0a0" stroked="f"/>
        </w:pict>
      </w:r>
    </w:p>
    <w:p w14:paraId="6926F790" w14:textId="77777777" w:rsidR="000B0C51" w:rsidRPr="000B0C51" w:rsidRDefault="000B0C51" w:rsidP="000B0C51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sz w:val="27"/>
          <w:szCs w:val="27"/>
          <w:lang w:val="it-IT" w:eastAsia="it-IT"/>
        </w:rPr>
      </w:pPr>
      <w:r w:rsidRPr="000B0C51">
        <w:rPr>
          <w:rFonts w:ascii="Segoe UI" w:eastAsia="Times New Roman" w:hAnsi="Segoe UI" w:cs="Segoe UI"/>
          <w:b/>
          <w:bCs/>
          <w:sz w:val="27"/>
          <w:szCs w:val="27"/>
          <w:lang w:val="it-IT" w:eastAsia="it-IT"/>
        </w:rPr>
        <w:t>TRATTAMENTO DEI DATI PERSONALI</w:t>
      </w:r>
    </w:p>
    <w:p w14:paraId="16F442EE" w14:textId="77777777" w:rsidR="000B0C51" w:rsidRPr="000B0C51" w:rsidRDefault="000B0C51" w:rsidP="000B0C5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>Il/La sottoscritto/a dichiara di aver preso visione dell’informativa ai sensi del Regolamento (UE) 2016/679 (GDPR) e autorizza il trattamento dei dati personali per le finalità connesse alla gestione dell’Albo e al conferimento degli incarichi.</w:t>
      </w:r>
    </w:p>
    <w:p w14:paraId="33B8625A" w14:textId="77777777" w:rsidR="000B0C51" w:rsidRPr="000B0C51" w:rsidRDefault="000B0C51" w:rsidP="000B0C51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pict w14:anchorId="60861481">
          <v:rect id="_x0000_i1034" style="width:0;height:1.5pt" o:hralign="center" o:hrstd="t" o:hr="t" fillcolor="#a0a0a0" stroked="f"/>
        </w:pict>
      </w:r>
    </w:p>
    <w:p w14:paraId="43A1F1E2" w14:textId="77777777" w:rsidR="000B0C51" w:rsidRPr="000B0C51" w:rsidRDefault="000B0C51" w:rsidP="000B0C5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>Luogo e data ______________________________</w:t>
      </w:r>
    </w:p>
    <w:p w14:paraId="36C9471D" w14:textId="77777777" w:rsidR="000B0C51" w:rsidRPr="000B0C51" w:rsidRDefault="000B0C51" w:rsidP="000B0C51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val="it-IT" w:eastAsia="it-IT"/>
        </w:rPr>
      </w:pPr>
      <w:r w:rsidRPr="000B0C51">
        <w:rPr>
          <w:rFonts w:ascii="Segoe UI" w:eastAsia="Times New Roman" w:hAnsi="Segoe UI" w:cs="Segoe UI"/>
          <w:sz w:val="21"/>
          <w:szCs w:val="21"/>
          <w:lang w:val="it-IT" w:eastAsia="it-IT"/>
        </w:rPr>
        <w:t>Firma _____________________________________</w:t>
      </w:r>
    </w:p>
    <w:p w14:paraId="15092814" w14:textId="62B9FF78" w:rsidR="000B0C51" w:rsidRDefault="000B0C51" w:rsidP="000B0C51"/>
    <w:p w14:paraId="4B72B492" w14:textId="20CC60B5" w:rsidR="00CB1CC3" w:rsidRDefault="00CB1CC3"/>
    <w:sectPr w:rsidR="00CB1CC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F8791A"/>
    <w:multiLevelType w:val="multilevel"/>
    <w:tmpl w:val="5580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8177EE"/>
    <w:multiLevelType w:val="multilevel"/>
    <w:tmpl w:val="71ECE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5133847">
    <w:abstractNumId w:val="8"/>
  </w:num>
  <w:num w:numId="2" w16cid:durableId="1064179156">
    <w:abstractNumId w:val="6"/>
  </w:num>
  <w:num w:numId="3" w16cid:durableId="906187154">
    <w:abstractNumId w:val="5"/>
  </w:num>
  <w:num w:numId="4" w16cid:durableId="420683904">
    <w:abstractNumId w:val="4"/>
  </w:num>
  <w:num w:numId="5" w16cid:durableId="1416970749">
    <w:abstractNumId w:val="7"/>
  </w:num>
  <w:num w:numId="6" w16cid:durableId="42291747">
    <w:abstractNumId w:val="3"/>
  </w:num>
  <w:num w:numId="7" w16cid:durableId="356006362">
    <w:abstractNumId w:val="2"/>
  </w:num>
  <w:num w:numId="8" w16cid:durableId="1562330214">
    <w:abstractNumId w:val="1"/>
  </w:num>
  <w:num w:numId="9" w16cid:durableId="2002463720">
    <w:abstractNumId w:val="0"/>
  </w:num>
  <w:num w:numId="10" w16cid:durableId="355733074">
    <w:abstractNumId w:val="10"/>
  </w:num>
  <w:num w:numId="11" w16cid:durableId="14809251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0C51"/>
    <w:rsid w:val="0015074B"/>
    <w:rsid w:val="00291426"/>
    <w:rsid w:val="0029639D"/>
    <w:rsid w:val="00326F90"/>
    <w:rsid w:val="00906DD1"/>
    <w:rsid w:val="00AA1D8D"/>
    <w:rsid w:val="00B47730"/>
    <w:rsid w:val="00CB0664"/>
    <w:rsid w:val="00CB1CC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371922"/>
  <w14:defaultImageDpi w14:val="300"/>
  <w15:docId w15:val="{05F9CB32-11A2-49C2-A6CD-F5CB285E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2678</Characters>
  <Application>Microsoft Office Word</Application>
  <DocSecurity>0</DocSecurity>
  <Lines>167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Martina Di Bari</cp:lastModifiedBy>
  <cp:revision>2</cp:revision>
  <dcterms:created xsi:type="dcterms:W3CDTF">2026-06-18T14:03:00Z</dcterms:created>
  <dcterms:modified xsi:type="dcterms:W3CDTF">2026-06-18T14:03:00Z</dcterms:modified>
  <cp:category/>
</cp:coreProperties>
</file>